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29C2B" w14:textId="0F0CC121" w:rsidR="00BB11AD" w:rsidRDefault="00C4789D">
      <w:pPr>
        <w:pStyle w:val="Titre"/>
        <w:keepNext/>
        <w:spacing w:before="80" w:after="60" w:line="240" w:lineRule="auto"/>
        <w:ind w:left="4365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59B8CC" wp14:editId="18E64AC3">
            <wp:simplePos x="0" y="0"/>
            <wp:positionH relativeFrom="margin">
              <wp:align>left</wp:align>
            </wp:positionH>
            <wp:positionV relativeFrom="margin">
              <wp:posOffset>-189865</wp:posOffset>
            </wp:positionV>
            <wp:extent cx="2274570" cy="1138555"/>
            <wp:effectExtent l="0" t="0" r="0" b="444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position refonte logo endométrios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1A2">
        <w:rPr>
          <w:color w:val="163C51"/>
          <w:sz w:val="36"/>
        </w:rPr>
        <w:t>Fiche d’adressage</w:t>
      </w:r>
    </w:p>
    <w:p w14:paraId="696E22D7" w14:textId="757B0C53" w:rsidR="00BB11AD" w:rsidRDefault="00D708C0">
      <w:pPr>
        <w:keepNext/>
        <w:spacing w:after="80"/>
        <w:ind w:left="4365"/>
      </w:pPr>
      <w:r>
        <w:rPr>
          <w:b/>
          <w:color w:val="008DCA"/>
          <w:sz w:val="44"/>
        </w:rPr>
        <w:t xml:space="preserve">Consultation </w:t>
      </w:r>
      <w:r w:rsidR="006001A2">
        <w:rPr>
          <w:b/>
          <w:color w:val="008DCA"/>
          <w:sz w:val="44"/>
        </w:rPr>
        <w:t>Endométriose</w:t>
      </w:r>
    </w:p>
    <w:p w14:paraId="413B90CF" w14:textId="0A71277E" w:rsidR="00BB11AD" w:rsidRDefault="00BB11AD">
      <w:pPr>
        <w:keepNext/>
        <w:spacing w:after="380"/>
        <w:ind w:left="4365"/>
      </w:pPr>
      <w:bookmarkStart w:id="0" w:name="_GoBack"/>
      <w:bookmarkEnd w:id="0"/>
    </w:p>
    <w:p w14:paraId="252F34F6" w14:textId="3D26E918" w:rsidR="00807071" w:rsidRDefault="00D708C0">
      <w:pPr>
        <w:spacing w:after="140"/>
      </w:pPr>
      <w:r w:rsidRPr="00D708C0">
        <w:rPr>
          <w:bCs/>
          <w:color w:val="163C51"/>
          <w:sz w:val="19"/>
        </w:rPr>
        <w:t>A remplir et adresser au secrétariat</w:t>
      </w:r>
      <w:r>
        <w:rPr>
          <w:b/>
          <w:color w:val="163C51"/>
          <w:sz w:val="19"/>
        </w:rPr>
        <w:t xml:space="preserve"> </w:t>
      </w:r>
      <w:hyperlink r:id="rId9" w:history="1">
        <w:r w:rsidR="00C2706A" w:rsidRPr="00374373">
          <w:rPr>
            <w:rStyle w:val="Lienhypertexte"/>
          </w:rPr>
          <w:t>sec-med.gyneco.senlis@ghpso.mssante.fr</w:t>
        </w:r>
      </w:hyperlink>
      <w:r w:rsidR="00C2706A">
        <w:t xml:space="preserve"> </w:t>
      </w:r>
      <w:r>
        <w:rPr>
          <w:b/>
          <w:color w:val="163C51"/>
          <w:sz w:val="19"/>
        </w:rPr>
        <w:t xml:space="preserve"> </w:t>
      </w:r>
    </w:p>
    <w:p w14:paraId="1F0F7A17" w14:textId="77777777" w:rsidR="00807071" w:rsidRDefault="00D708C0">
      <w:pPr>
        <w:pStyle w:val="Titre1"/>
        <w:shd w:val="clear" w:color="auto" w:fill="EDF5F8"/>
        <w:spacing w:before="0" w:after="100" w:line="264" w:lineRule="auto"/>
      </w:pPr>
      <w:r>
        <w:rPr>
          <w:color w:val="9A7C17"/>
          <w:sz w:val="20"/>
        </w:rPr>
        <w:t xml:space="preserve">  </w:t>
      </w:r>
      <w:proofErr w:type="gramStart"/>
      <w:r>
        <w:rPr>
          <w:color w:val="9A7C17"/>
          <w:sz w:val="20"/>
        </w:rPr>
        <w:t xml:space="preserve">01  </w:t>
      </w:r>
      <w:r>
        <w:rPr>
          <w:color w:val="163C51"/>
          <w:sz w:val="21"/>
        </w:rPr>
        <w:t>Patiente</w:t>
      </w:r>
      <w:proofErr w:type="gramEnd"/>
      <w:r>
        <w:rPr>
          <w:color w:val="163C51"/>
          <w:sz w:val="21"/>
        </w:rPr>
        <w:t xml:space="preserve"> et professionnel adresseur</w:t>
      </w:r>
    </w:p>
    <w:p w14:paraId="2FCB8B17" w14:textId="77777777" w:rsidR="00BB11AD" w:rsidRDefault="006001A2">
      <w:r>
        <w:rPr>
          <w:rFonts w:cs="Arial"/>
          <w:b/>
          <w:color w:val="163C51"/>
        </w:rPr>
        <w:t xml:space="preserve">Patiente : </w:t>
      </w:r>
      <w:sdt>
        <w:sdtPr>
          <w:alias w:val="Nom et prénom patiente"/>
          <w:tag w:val="field_100"/>
          <w:id w:val="100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..................................................</w:t>
          </w:r>
        </w:sdtContent>
      </w:sdt>
      <w:r>
        <w:rPr>
          <w:rFonts w:cs="Arial"/>
          <w:color w:val="202020"/>
        </w:rPr>
        <w:t xml:space="preserve">   Née le : </w:t>
      </w:r>
      <w:sdt>
        <w:sdtPr>
          <w:alias w:val="Naissance"/>
          <w:tag w:val="field_101"/>
          <w:id w:val="101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</w:t>
          </w:r>
        </w:sdtContent>
      </w:sdt>
    </w:p>
    <w:p w14:paraId="2EA3B6D1" w14:textId="77777777" w:rsidR="00BB11AD" w:rsidRDefault="006001A2">
      <w:r>
        <w:rPr>
          <w:rFonts w:cs="Arial"/>
          <w:color w:val="202020"/>
        </w:rPr>
        <w:t xml:space="preserve">Téléphone : </w:t>
      </w:r>
      <w:sdt>
        <w:sdtPr>
          <w:alias w:val="Téléphone patiente"/>
          <w:tag w:val="field_102"/>
          <w:id w:val="102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</w:t>
          </w:r>
        </w:sdtContent>
      </w:sdt>
      <w:r>
        <w:rPr>
          <w:rFonts w:cs="Arial"/>
          <w:color w:val="202020"/>
        </w:rPr>
        <w:t xml:space="preserve">   Commune : </w:t>
      </w:r>
      <w:sdt>
        <w:sdtPr>
          <w:alias w:val="Commune"/>
          <w:tag w:val="field_103"/>
          <w:id w:val="103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................................................</w:t>
          </w:r>
        </w:sdtContent>
      </w:sdt>
    </w:p>
    <w:p w14:paraId="59A93203" w14:textId="77777777" w:rsidR="00BB11AD" w:rsidRDefault="006001A2">
      <w:r>
        <w:rPr>
          <w:rFonts w:cs="Arial"/>
          <w:b/>
          <w:color w:val="163C51"/>
        </w:rPr>
        <w:t xml:space="preserve">Adresseur : </w:t>
      </w:r>
      <w:sdt>
        <w:sdtPr>
          <w:alias w:val="Nom adresseur"/>
          <w:tag w:val="field_104"/>
          <w:id w:val="104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...............................................</w:t>
          </w:r>
        </w:sdtContent>
      </w:sdt>
      <w:r>
        <w:rPr>
          <w:rFonts w:cs="Arial"/>
          <w:color w:val="202020"/>
        </w:rPr>
        <w:t xml:space="preserve">   Date : </w:t>
      </w:r>
      <w:sdt>
        <w:sdtPr>
          <w:alias w:val="Date courrier"/>
          <w:tag w:val="field_105"/>
          <w:id w:val="105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</w:t>
          </w:r>
        </w:sdtContent>
      </w:sdt>
    </w:p>
    <w:p w14:paraId="4AF07EDF" w14:textId="77777777" w:rsidR="00BB11AD" w:rsidRDefault="00C4789D">
      <w:pPr>
        <w:tabs>
          <w:tab w:val="left" w:pos="3402"/>
          <w:tab w:val="left" w:pos="6803"/>
        </w:tabs>
      </w:pPr>
      <w:sdt>
        <w:sdtPr>
          <w:alias w:val="Médecin généraliste"/>
          <w:tag w:val="check_106"/>
          <w:id w:val="10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Médecin généraliste  </w:t>
      </w:r>
      <w:r w:rsidR="00F558D1">
        <w:rPr>
          <w:rFonts w:cs="Arial"/>
          <w:b/>
          <w:color w:val="163C51"/>
        </w:rPr>
        <w:tab/>
      </w:r>
      <w:r w:rsidR="006001A2">
        <w:rPr>
          <w:rFonts w:cs="Arial"/>
          <w:color w:val="202020"/>
        </w:rPr>
        <w:t xml:space="preserve"> </w:t>
      </w:r>
      <w:sdt>
        <w:sdtPr>
          <w:alias w:val="Sage-femme"/>
          <w:tag w:val="check_107"/>
          <w:id w:val="10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Sage-femme  </w:t>
      </w:r>
      <w:r w:rsidR="00F558D1">
        <w:rPr>
          <w:rFonts w:cs="Arial"/>
          <w:b/>
          <w:color w:val="163C51"/>
        </w:rPr>
        <w:tab/>
      </w:r>
      <w:r w:rsidR="006001A2">
        <w:rPr>
          <w:rFonts w:cs="Arial"/>
          <w:color w:val="202020"/>
        </w:rPr>
        <w:t xml:space="preserve"> </w:t>
      </w:r>
      <w:sdt>
        <w:sdtPr>
          <w:alias w:val="Gynécologue"/>
          <w:tag w:val="check_108"/>
          <w:id w:val="10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Gynécologue</w:t>
      </w:r>
      <w:r w:rsidR="006001A2">
        <w:rPr>
          <w:rFonts w:cs="Arial"/>
          <w:color w:val="202020"/>
        </w:rPr>
        <w:tab/>
      </w:r>
    </w:p>
    <w:p w14:paraId="07400C6E" w14:textId="77777777" w:rsidR="00BB11AD" w:rsidRDefault="006001A2">
      <w:r>
        <w:rPr>
          <w:rFonts w:cs="Arial"/>
          <w:color w:val="202020"/>
        </w:rPr>
        <w:t xml:space="preserve">Téléphone : </w:t>
      </w:r>
      <w:sdt>
        <w:sdtPr>
          <w:alias w:val="Téléphone adresseur"/>
          <w:tag w:val="field_109"/>
          <w:id w:val="109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</w:t>
          </w:r>
        </w:sdtContent>
      </w:sdt>
      <w:r>
        <w:rPr>
          <w:rFonts w:cs="Arial"/>
          <w:color w:val="202020"/>
        </w:rPr>
        <w:t xml:space="preserve">   Courriel de retour : </w:t>
      </w:r>
      <w:sdt>
        <w:sdtPr>
          <w:alias w:val="Courriel adresseur"/>
          <w:tag w:val="field_110"/>
          <w:id w:val="110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..........................................</w:t>
          </w:r>
        </w:sdtContent>
      </w:sdt>
    </w:p>
    <w:p w14:paraId="3F297C27" w14:textId="77777777" w:rsidR="00BB11AD" w:rsidRDefault="006001A2">
      <w:pPr>
        <w:pStyle w:val="Titre1"/>
        <w:shd w:val="clear" w:color="auto" w:fill="EDF5F8"/>
        <w:spacing w:before="120" w:after="100" w:line="264" w:lineRule="auto"/>
      </w:pPr>
      <w:r>
        <w:rPr>
          <w:color w:val="9A7C17"/>
          <w:sz w:val="20"/>
        </w:rPr>
        <w:t xml:space="preserve">  02  </w:t>
      </w:r>
      <w:r>
        <w:rPr>
          <w:color w:val="163C51"/>
          <w:sz w:val="21"/>
        </w:rPr>
        <w:t>Motif de la demande</w:t>
      </w:r>
    </w:p>
    <w:p w14:paraId="358CB3BE" w14:textId="77777777" w:rsidR="00BB11AD" w:rsidRDefault="006001A2">
      <w:r>
        <w:rPr>
          <w:rFonts w:cs="Arial"/>
          <w:b/>
          <w:color w:val="163C51"/>
        </w:rPr>
        <w:t xml:space="preserve">Endométriose : </w:t>
      </w:r>
      <w:sdt>
        <w:sdtPr>
          <w:alias w:val="Suspectée"/>
          <w:tag w:val="check_111"/>
          <w:id w:val="11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Suspectée  </w:t>
      </w:r>
      <w:r w:rsidR="00F558D1">
        <w:rPr>
          <w:rFonts w:cs="Arial"/>
          <w:b/>
          <w:color w:val="163C51"/>
        </w:rPr>
        <w:t xml:space="preserve">    </w:t>
      </w:r>
      <w:r>
        <w:rPr>
          <w:rFonts w:cs="Arial"/>
          <w:color w:val="202020"/>
        </w:rPr>
        <w:t xml:space="preserve"> </w:t>
      </w:r>
      <w:sdt>
        <w:sdtPr>
          <w:alias w:val="Connue depuis :"/>
          <w:tag w:val="check_112"/>
          <w:id w:val="11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Connue depuis : </w:t>
      </w:r>
      <w:sdt>
        <w:sdtPr>
          <w:alias w:val="Date diagnostic"/>
          <w:tag w:val="field_113"/>
          <w:id w:val="113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</w:t>
          </w:r>
        </w:sdtContent>
      </w:sdt>
    </w:p>
    <w:p w14:paraId="71D8561D" w14:textId="77777777" w:rsidR="00BB11AD" w:rsidRDefault="00C4789D">
      <w:pPr>
        <w:tabs>
          <w:tab w:val="left" w:pos="1701"/>
          <w:tab w:val="left" w:pos="3402"/>
          <w:tab w:val="left" w:pos="5102"/>
          <w:tab w:val="left" w:pos="6803"/>
        </w:tabs>
      </w:pPr>
      <w:sdt>
        <w:sdtPr>
          <w:alias w:val="Diagnostic"/>
          <w:tag w:val="check_114"/>
          <w:id w:val="11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</w:t>
      </w:r>
      <w:proofErr w:type="gramStart"/>
      <w:r w:rsidR="006001A2">
        <w:rPr>
          <w:rFonts w:cs="Arial"/>
          <w:color w:val="202020"/>
        </w:rPr>
        <w:t xml:space="preserve">Diagnostic  </w:t>
      </w:r>
      <w:r w:rsidR="00F558D1">
        <w:rPr>
          <w:rFonts w:cs="Arial"/>
          <w:b/>
          <w:color w:val="163C51"/>
        </w:rPr>
        <w:tab/>
      </w:r>
      <w:proofErr w:type="gramEnd"/>
      <w:r w:rsidR="006001A2">
        <w:rPr>
          <w:rFonts w:cs="Arial"/>
          <w:color w:val="202020"/>
        </w:rPr>
        <w:t xml:space="preserve"> </w:t>
      </w:r>
      <w:sdt>
        <w:sdtPr>
          <w:alias w:val="Douleur"/>
          <w:tag w:val="check_115"/>
          <w:id w:val="11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Douleur  </w:t>
      </w:r>
      <w:r w:rsidR="00F558D1">
        <w:rPr>
          <w:rFonts w:cs="Arial"/>
          <w:b/>
          <w:color w:val="163C51"/>
        </w:rPr>
        <w:tab/>
      </w:r>
      <w:r w:rsidR="006001A2">
        <w:rPr>
          <w:rFonts w:cs="Arial"/>
          <w:color w:val="202020"/>
        </w:rPr>
        <w:t xml:space="preserve"> </w:t>
      </w:r>
      <w:sdt>
        <w:sdtPr>
          <w:alias w:val="Traitement"/>
          <w:tag w:val="check_116"/>
          <w:id w:val="11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Traitement </w:t>
      </w:r>
      <w:r w:rsidR="00F558D1">
        <w:rPr>
          <w:rFonts w:cs="Arial"/>
          <w:b/>
          <w:color w:val="163C51"/>
        </w:rPr>
        <w:tab/>
      </w:r>
      <w:r w:rsidR="006001A2">
        <w:rPr>
          <w:rFonts w:cs="Arial"/>
          <w:color w:val="202020"/>
        </w:rPr>
        <w:t xml:space="preserve">  </w:t>
      </w:r>
      <w:sdt>
        <w:sdtPr>
          <w:alias w:val="Fertilité"/>
          <w:tag w:val="check_117"/>
          <w:id w:val="11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Fertilité </w:t>
      </w:r>
      <w:r w:rsidR="00F558D1">
        <w:rPr>
          <w:rFonts w:cs="Arial"/>
          <w:b/>
          <w:color w:val="163C51"/>
        </w:rPr>
        <w:tab/>
      </w:r>
      <w:r w:rsidR="006001A2">
        <w:rPr>
          <w:rFonts w:cs="Arial"/>
          <w:color w:val="202020"/>
        </w:rPr>
        <w:t xml:space="preserve">  </w:t>
      </w:r>
      <w:sdt>
        <w:sdtPr>
          <w:alias w:val="Avis chirurgical"/>
          <w:tag w:val="check_118"/>
          <w:id w:val="11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Avis chirurgical</w:t>
      </w:r>
      <w:r w:rsidR="006001A2">
        <w:rPr>
          <w:rFonts w:cs="Arial"/>
          <w:color w:val="202020"/>
        </w:rPr>
        <w:tab/>
      </w:r>
    </w:p>
    <w:p w14:paraId="136C8B6D" w14:textId="77777777" w:rsidR="00BB11AD" w:rsidRDefault="006001A2">
      <w:r>
        <w:rPr>
          <w:rFonts w:cs="Arial"/>
          <w:b/>
          <w:color w:val="163C51"/>
        </w:rPr>
        <w:t xml:space="preserve">Question / attente de la patiente : </w:t>
      </w:r>
      <w:sdt>
        <w:sdtPr>
          <w:alias w:val="Question / attente de la patiente : "/>
          <w:tag w:val="field_119"/>
          <w:id w:val="119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...........................................................................</w:t>
          </w:r>
        </w:sdtContent>
      </w:sdt>
    </w:p>
    <w:p w14:paraId="462D95DC" w14:textId="77777777" w:rsidR="00BB11AD" w:rsidRDefault="00C4789D">
      <w:sdt>
        <w:sdtPr>
          <w:alias w:val="Avis rapide souhaité"/>
          <w:tag w:val="check_120"/>
          <w:id w:val="12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Avis rapide souhaité  Motif : </w:t>
      </w:r>
      <w:sdt>
        <w:sdtPr>
          <w:alias w:val="Motif priorité"/>
          <w:tag w:val="field_121"/>
          <w:id w:val="121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....................................................................</w:t>
          </w:r>
        </w:sdtContent>
      </w:sdt>
    </w:p>
    <w:p w14:paraId="5DDAFAC7" w14:textId="77777777" w:rsidR="00BB11AD" w:rsidRDefault="006001A2">
      <w:pPr>
        <w:pStyle w:val="Titre1"/>
        <w:shd w:val="clear" w:color="auto" w:fill="EDF5F8"/>
        <w:spacing w:before="120" w:after="100" w:line="264" w:lineRule="auto"/>
      </w:pPr>
      <w:r>
        <w:rPr>
          <w:color w:val="9A7C17"/>
          <w:sz w:val="20"/>
        </w:rPr>
        <w:t xml:space="preserve">  03  </w:t>
      </w:r>
      <w:r>
        <w:rPr>
          <w:color w:val="163C51"/>
          <w:sz w:val="21"/>
        </w:rPr>
        <w:t>Symptômes et contexte</w:t>
      </w:r>
    </w:p>
    <w:p w14:paraId="34D386AD" w14:textId="77777777" w:rsidR="00BB11AD" w:rsidRDefault="006001A2">
      <w:r>
        <w:rPr>
          <w:rFonts w:cs="Arial"/>
          <w:color w:val="202020"/>
        </w:rPr>
        <w:t xml:space="preserve">Depuis : </w:t>
      </w:r>
      <w:sdt>
        <w:sdtPr>
          <w:alias w:val="Début symptômes"/>
          <w:tag w:val="field_122"/>
          <w:id w:val="122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</w:t>
          </w:r>
        </w:sdtContent>
      </w:sdt>
      <w:r>
        <w:rPr>
          <w:rFonts w:cs="Arial"/>
          <w:color w:val="202020"/>
        </w:rPr>
        <w:t xml:space="preserve">   Majoration pendant les règles : </w:t>
      </w:r>
      <w:sdt>
        <w:sdtPr>
          <w:alias w:val="Oui"/>
          <w:tag w:val="check_123"/>
          <w:id w:val="12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Oui   </w:t>
      </w:r>
      <w:sdt>
        <w:sdtPr>
          <w:alias w:val="Non"/>
          <w:tag w:val="check_124"/>
          <w:id w:val="12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Non   </w:t>
      </w:r>
    </w:p>
    <w:p w14:paraId="31E26148" w14:textId="77777777" w:rsidR="00BB11AD" w:rsidRDefault="006001A2">
      <w:pPr>
        <w:spacing w:after="60"/>
      </w:pPr>
      <w:r>
        <w:rPr>
          <w:rFonts w:cs="Arial"/>
          <w:color w:val="667B84"/>
          <w:sz w:val="17"/>
        </w:rPr>
        <w:t>Douleur habituelle maximale : 0 = aucune ; 10 = maximale imaginable.</w:t>
      </w:r>
    </w:p>
    <w:p w14:paraId="54BAD71B" w14:textId="30477EFE" w:rsidR="00F558D1" w:rsidRDefault="00C4789D">
      <w:sdt>
        <w:sdtPr>
          <w:alias w:val="Règles douloureuses"/>
          <w:tag w:val="check_125"/>
          <w:id w:val="12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Règles douloureuses </w:t>
      </w:r>
      <w:sdt>
        <w:sdtPr>
          <w:alias w:val="Score règles"/>
          <w:tag w:val="field_126"/>
          <w:id w:val="126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</w:t>
          </w:r>
        </w:sdtContent>
      </w:sdt>
      <w:r w:rsidR="006001A2">
        <w:rPr>
          <w:rFonts w:cs="Arial"/>
          <w:color w:val="202020"/>
        </w:rPr>
        <w:t xml:space="preserve">/10   </w:t>
      </w:r>
      <w:r w:rsidR="00D708C0">
        <w:rPr>
          <w:b/>
          <w:sz w:val="22"/>
        </w:rPr>
        <w:t xml:space="preserve"> • </w:t>
      </w:r>
      <w:r w:rsidR="006001A2">
        <w:rPr>
          <w:rFonts w:cs="Arial"/>
          <w:color w:val="202020"/>
        </w:rPr>
        <w:t xml:space="preserve"> </w:t>
      </w:r>
      <w:r w:rsidR="00F558D1">
        <w:rPr>
          <w:rFonts w:cs="Arial"/>
          <w:b/>
          <w:color w:val="163C51"/>
        </w:rPr>
        <w:t xml:space="preserve">   </w:t>
      </w:r>
      <w:r w:rsidR="006001A2">
        <w:rPr>
          <w:rFonts w:cs="Arial"/>
          <w:color w:val="202020"/>
        </w:rPr>
        <w:t xml:space="preserve"> </w:t>
      </w:r>
      <w:sdt>
        <w:sdtPr>
          <w:alias w:val="Douleurs hors règles"/>
          <w:tag w:val="check_127"/>
          <w:id w:val="12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Douleurs hors règles </w:t>
      </w:r>
      <w:sdt>
        <w:sdtPr>
          <w:alias w:val="Score hors règles"/>
          <w:tag w:val="field_128"/>
          <w:id w:val="128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</w:t>
          </w:r>
        </w:sdtContent>
      </w:sdt>
      <w:r w:rsidR="006001A2">
        <w:rPr>
          <w:rFonts w:cs="Arial"/>
          <w:color w:val="202020"/>
        </w:rPr>
        <w:t>/10</w:t>
      </w:r>
      <w:r w:rsidR="00F558D1">
        <w:rPr>
          <w:rFonts w:cs="Arial"/>
          <w:color w:val="202020"/>
        </w:rPr>
        <w:t xml:space="preserve"> </w:t>
      </w:r>
      <w:r w:rsidR="00F558D1">
        <w:rPr>
          <w:rFonts w:cs="Arial"/>
          <w:b/>
          <w:color w:val="163C51"/>
        </w:rPr>
        <w:t xml:space="preserve">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</w:t>
      </w:r>
      <w:r w:rsidR="00F558D1">
        <w:rPr>
          <w:rFonts w:cs="Arial"/>
          <w:color w:val="202020"/>
        </w:rPr>
        <w:t xml:space="preserve"> </w:t>
      </w:r>
      <w:sdt>
        <w:sdtPr>
          <w:alias w:val="Douleurs aux rapports"/>
          <w:tag w:val="check_129"/>
          <w:id w:val="12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Douleurs aux rapports </w:t>
      </w:r>
      <w:sdt>
        <w:sdtPr>
          <w:alias w:val="Score rapports"/>
          <w:tag w:val="field_130"/>
          <w:id w:val="130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</w:t>
          </w:r>
        </w:sdtContent>
      </w:sdt>
      <w:r w:rsidR="006001A2">
        <w:rPr>
          <w:rFonts w:cs="Arial"/>
          <w:color w:val="202020"/>
        </w:rPr>
        <w:t xml:space="preserve">/10     </w:t>
      </w:r>
    </w:p>
    <w:p w14:paraId="1EDAF962" w14:textId="2F6FD58F" w:rsidR="00BB11AD" w:rsidRDefault="00C4789D">
      <w:sdt>
        <w:sdtPr>
          <w:alias w:val="Douleurs à la défécation"/>
          <w:tag w:val="check_131"/>
          <w:id w:val="13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558D1">
            <w:rPr>
              <w:rFonts w:ascii="Segoe UI Symbol" w:hAnsi="Segoe UI Symbol" w:cs="Segoe UI Symbol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Douleurs à la défécation </w:t>
      </w:r>
      <w:sdt>
        <w:sdtPr>
          <w:alias w:val="Score défécation"/>
          <w:tag w:val="field_132"/>
          <w:id w:val="132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</w:t>
          </w:r>
        </w:sdtContent>
      </w:sdt>
      <w:r w:rsidR="006001A2">
        <w:rPr>
          <w:rFonts w:cs="Arial"/>
          <w:color w:val="202020"/>
        </w:rPr>
        <w:t>/10</w:t>
      </w:r>
      <w:r w:rsidR="00F558D1">
        <w:rPr>
          <w:rFonts w:cs="Arial"/>
          <w:color w:val="202020"/>
        </w:rPr>
        <w:t xml:space="preserve"> </w:t>
      </w:r>
      <w:r w:rsidR="00F558D1">
        <w:rPr>
          <w:rFonts w:cs="Arial"/>
          <w:b/>
          <w:color w:val="163C51"/>
        </w:rPr>
        <w:t xml:space="preserve"> 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</w:t>
      </w:r>
      <w:r w:rsidR="00F558D1">
        <w:rPr>
          <w:rFonts w:cs="Arial"/>
          <w:color w:val="202020"/>
        </w:rPr>
        <w:t xml:space="preserve"> </w:t>
      </w:r>
      <w:sdt>
        <w:sdtPr>
          <w:alias w:val="Troubles urinaires"/>
          <w:tag w:val="check_133"/>
          <w:id w:val="13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Troubles urinaires  </w:t>
      </w:r>
      <w:r w:rsidR="00F558D1">
        <w:rPr>
          <w:rFonts w:cs="Arial"/>
          <w:b/>
          <w:color w:val="163C51"/>
        </w:rPr>
        <w:t xml:space="preserve">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</w:t>
      </w:r>
      <w:r w:rsidR="006001A2">
        <w:rPr>
          <w:rFonts w:cs="Arial"/>
          <w:color w:val="202020"/>
        </w:rPr>
        <w:t xml:space="preserve"> </w:t>
      </w:r>
      <w:sdt>
        <w:sdtPr>
          <w:alias w:val="Troubles du transit"/>
          <w:tag w:val="check_134"/>
          <w:id w:val="13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Troubles du transit  </w:t>
      </w:r>
      <w:r w:rsidR="00F558D1">
        <w:rPr>
          <w:rFonts w:cs="Arial"/>
          <w:b/>
          <w:color w:val="163C51"/>
        </w:rPr>
        <w:t xml:space="preserve">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</w:t>
      </w:r>
      <w:r w:rsidR="006001A2">
        <w:rPr>
          <w:rFonts w:cs="Arial"/>
          <w:color w:val="202020"/>
        </w:rPr>
        <w:t xml:space="preserve"> </w:t>
      </w:r>
      <w:sdt>
        <w:sdtPr>
          <w:alias w:val="Règles abondantes"/>
          <w:tag w:val="check_135"/>
          <w:id w:val="13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Règles abondantes   </w:t>
      </w:r>
    </w:p>
    <w:p w14:paraId="519DDE85" w14:textId="7B7D6FB4" w:rsidR="00BB11AD" w:rsidRDefault="006001A2">
      <w:r>
        <w:rPr>
          <w:rFonts w:cs="Arial"/>
          <w:color w:val="202020"/>
        </w:rPr>
        <w:t xml:space="preserve">Retentissement : </w:t>
      </w:r>
      <w:sdt>
        <w:sdtPr>
          <w:alias w:val="Travail / études"/>
          <w:tag w:val="check_136"/>
          <w:id w:val="13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Travail / études 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 </w:t>
      </w:r>
      <w:r>
        <w:rPr>
          <w:rFonts w:cs="Arial"/>
          <w:color w:val="202020"/>
        </w:rPr>
        <w:t xml:space="preserve"> </w:t>
      </w:r>
      <w:sdt>
        <w:sdtPr>
          <w:alias w:val="Sommeil"/>
          <w:tag w:val="check_137"/>
          <w:id w:val="13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Sommeil </w:t>
      </w:r>
      <w:r w:rsidR="00F558D1">
        <w:rPr>
          <w:rFonts w:cs="Arial"/>
          <w:b/>
          <w:color w:val="163C51"/>
        </w:rPr>
        <w:t xml:space="preserve"> 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</w:t>
      </w:r>
      <w:r>
        <w:rPr>
          <w:rFonts w:cs="Arial"/>
          <w:color w:val="202020"/>
        </w:rPr>
        <w:t xml:space="preserve">  </w:t>
      </w:r>
      <w:sdt>
        <w:sdtPr>
          <w:alias w:val="Sexualité"/>
          <w:tag w:val="check_138"/>
          <w:id w:val="13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Sexualité  </w:t>
      </w:r>
      <w:r w:rsidR="00F558D1">
        <w:rPr>
          <w:rFonts w:cs="Arial"/>
          <w:b/>
          <w:color w:val="163C51"/>
        </w:rPr>
        <w:t xml:space="preserve">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</w:t>
      </w:r>
      <w:r>
        <w:rPr>
          <w:rFonts w:cs="Arial"/>
          <w:color w:val="202020"/>
        </w:rPr>
        <w:t xml:space="preserve"> </w:t>
      </w:r>
      <w:sdt>
        <w:sdtPr>
          <w:alias w:val="Quotidien"/>
          <w:tag w:val="check_139"/>
          <w:id w:val="13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Quotidien   </w:t>
      </w:r>
    </w:p>
    <w:p w14:paraId="306E7DD1" w14:textId="77777777" w:rsidR="00BB11AD" w:rsidRDefault="006001A2">
      <w:r>
        <w:rPr>
          <w:rFonts w:cs="Arial"/>
          <w:b/>
          <w:color w:val="163C51"/>
        </w:rPr>
        <w:t xml:space="preserve">Antécédents utiles / chirurgie / allergies : </w:t>
      </w:r>
      <w:sdt>
        <w:sdtPr>
          <w:alias w:val="Antécédents utiles / chirurgie / allergies : "/>
          <w:tag w:val="field_140"/>
          <w:id w:val="140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...................................................................</w:t>
          </w:r>
        </w:sdtContent>
      </w:sdt>
    </w:p>
    <w:p w14:paraId="19DD8B2D" w14:textId="77777777" w:rsidR="00BB11AD" w:rsidRDefault="006001A2">
      <w:r>
        <w:rPr>
          <w:rFonts w:cs="Arial"/>
          <w:color w:val="202020"/>
        </w:rPr>
        <w:t xml:space="preserve">Grossesses : </w:t>
      </w:r>
      <w:sdt>
        <w:sdtPr>
          <w:alias w:val="Grossesses"/>
          <w:tag w:val="field_141"/>
          <w:id w:val="141"/>
          <w:showingPlcHdr/>
          <w:text/>
        </w:sdtPr>
        <w:sdtEndPr/>
        <w:sdtContent>
          <w:r>
            <w:rPr>
              <w:rFonts w:cs="Arial"/>
              <w:color w:val="787878"/>
            </w:rPr>
            <w:t>....</w:t>
          </w:r>
        </w:sdtContent>
      </w:sdt>
      <w:r>
        <w:rPr>
          <w:rFonts w:cs="Arial"/>
          <w:color w:val="202020"/>
        </w:rPr>
        <w:t xml:space="preserve">   Accouchements : </w:t>
      </w:r>
      <w:sdt>
        <w:sdtPr>
          <w:alias w:val="Accouchements"/>
          <w:tag w:val="field_142"/>
          <w:id w:val="142"/>
          <w:showingPlcHdr/>
          <w:text/>
        </w:sdtPr>
        <w:sdtEndPr/>
        <w:sdtContent>
          <w:r>
            <w:rPr>
              <w:rFonts w:cs="Arial"/>
              <w:color w:val="787878"/>
            </w:rPr>
            <w:t>....</w:t>
          </w:r>
        </w:sdtContent>
      </w:sdt>
      <w:r>
        <w:rPr>
          <w:rFonts w:cs="Arial"/>
          <w:color w:val="202020"/>
        </w:rPr>
        <w:t xml:space="preserve">   Projet de grossesse : </w:t>
      </w:r>
      <w:sdt>
        <w:sdtPr>
          <w:alias w:val="Actuel"/>
          <w:tag w:val="check_143"/>
          <w:id w:val="14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Actuel   </w:t>
      </w:r>
      <w:sdt>
        <w:sdtPr>
          <w:alias w:val="Ultérieur"/>
          <w:tag w:val="check_144"/>
          <w:id w:val="14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Ultérieur   </w:t>
      </w:r>
      <w:sdt>
        <w:sdtPr>
          <w:alias w:val="Non"/>
          <w:tag w:val="check_145"/>
          <w:id w:val="14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Non</w:t>
      </w:r>
    </w:p>
    <w:p w14:paraId="6331056D" w14:textId="77777777" w:rsidR="00BB11AD" w:rsidRDefault="006001A2">
      <w:r>
        <w:rPr>
          <w:rFonts w:cs="Arial"/>
          <w:b/>
          <w:color w:val="163C51"/>
        </w:rPr>
        <w:t xml:space="preserve">Infertilité / durée des tentatives / suivi : </w:t>
      </w:r>
      <w:sdt>
        <w:sdtPr>
          <w:alias w:val="Infertilité / durée des tentatives / suivi : "/>
          <w:tag w:val="field_146"/>
          <w:id w:val="146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......................................................................</w:t>
          </w:r>
        </w:sdtContent>
      </w:sdt>
    </w:p>
    <w:p w14:paraId="6AAA1CC2" w14:textId="77777777" w:rsidR="00BB11AD" w:rsidRDefault="006001A2">
      <w:pPr>
        <w:pStyle w:val="Titre1"/>
        <w:shd w:val="clear" w:color="auto" w:fill="EDF5F8"/>
        <w:spacing w:before="120" w:after="100" w:line="264" w:lineRule="auto"/>
      </w:pPr>
      <w:r>
        <w:rPr>
          <w:color w:val="9A7C17"/>
          <w:sz w:val="20"/>
        </w:rPr>
        <w:t xml:space="preserve">  04  </w:t>
      </w:r>
      <w:r>
        <w:rPr>
          <w:color w:val="163C51"/>
          <w:sz w:val="21"/>
        </w:rPr>
        <w:t>Examen clinique et imagerie</w:t>
      </w:r>
    </w:p>
    <w:p w14:paraId="1B1E297A" w14:textId="32E96F36" w:rsidR="00BB11AD" w:rsidRDefault="006001A2">
      <w:r>
        <w:rPr>
          <w:rFonts w:cs="Arial"/>
          <w:color w:val="202020"/>
        </w:rPr>
        <w:t xml:space="preserve">Examen gynécologique : </w:t>
      </w:r>
      <w:sdt>
        <w:sdtPr>
          <w:alias w:val="Réalisé"/>
          <w:tag w:val="check_147"/>
          <w:id w:val="14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Réalisé  </w:t>
      </w:r>
      <w:r w:rsidR="00F558D1">
        <w:rPr>
          <w:rFonts w:cs="Arial"/>
          <w:b/>
          <w:color w:val="163C51"/>
        </w:rPr>
        <w:t xml:space="preserve">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</w:t>
      </w:r>
      <w:r>
        <w:rPr>
          <w:rFonts w:cs="Arial"/>
          <w:color w:val="202020"/>
        </w:rPr>
        <w:t xml:space="preserve"> </w:t>
      </w:r>
      <w:sdt>
        <w:sdtPr>
          <w:alias w:val="Non réalisé"/>
          <w:tag w:val="check_148"/>
          <w:id w:val="14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DejaVu Sans" w:hAnsi="DejaVu Sans"/>
              <w:color w:val="202020"/>
            </w:rPr>
            <w:t>☐</w:t>
          </w:r>
        </w:sdtContent>
      </w:sdt>
      <w:r>
        <w:rPr>
          <w:rFonts w:cs="Arial"/>
          <w:color w:val="202020"/>
        </w:rPr>
        <w:t xml:space="preserve"> Non réalisé   Date : </w:t>
      </w:r>
      <w:sdt>
        <w:sdtPr>
          <w:alias w:val="Date examen"/>
          <w:tag w:val="field_149"/>
          <w:id w:val="149"/>
          <w:showingPlcHdr/>
          <w:text/>
        </w:sdtPr>
        <w:sdtEndPr/>
        <w:sdtContent>
          <w:r>
            <w:rPr>
              <w:rFonts w:cs="Arial"/>
              <w:color w:val="787878"/>
            </w:rPr>
            <w:t>................</w:t>
          </w:r>
        </w:sdtContent>
      </w:sdt>
    </w:p>
    <w:p w14:paraId="6F29EF7B" w14:textId="0AF8A62E" w:rsidR="00BB11AD" w:rsidRDefault="00D708C0">
      <w:r>
        <w:rPr>
          <w:rFonts w:cs="Arial"/>
          <w:b/>
          <w:color w:val="163C51"/>
        </w:rPr>
        <w:t xml:space="preserve">Si réalisé informations </w:t>
      </w:r>
      <w:r w:rsidR="006001A2">
        <w:rPr>
          <w:rFonts w:cs="Arial"/>
          <w:b/>
          <w:color w:val="163C51"/>
        </w:rPr>
        <w:t xml:space="preserve">utiles : </w:t>
      </w:r>
      <w:sdt>
        <w:sdtPr>
          <w:alias w:val="Résultats utiles : "/>
          <w:tag w:val="field_150"/>
          <w:id w:val="150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..............................................................................................</w:t>
          </w:r>
        </w:sdtContent>
      </w:sdt>
    </w:p>
    <w:p w14:paraId="36D52A6F" w14:textId="52126A15" w:rsidR="00BB11AD" w:rsidRDefault="00C4789D">
      <w:sdt>
        <w:sdtPr>
          <w:alias w:val="Échographie pelvienne"/>
          <w:tag w:val="check_151"/>
          <w:id w:val="15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Échographie </w:t>
      </w:r>
      <w:proofErr w:type="gramStart"/>
      <w:r w:rsidR="006001A2">
        <w:rPr>
          <w:rFonts w:cs="Arial"/>
          <w:color w:val="202020"/>
        </w:rPr>
        <w:t>pelvienne  Date</w:t>
      </w:r>
      <w:proofErr w:type="gramEnd"/>
      <w:r w:rsidR="006001A2">
        <w:rPr>
          <w:rFonts w:cs="Arial"/>
          <w:color w:val="202020"/>
        </w:rPr>
        <w:t xml:space="preserve"> : </w:t>
      </w:r>
      <w:sdt>
        <w:sdtPr>
          <w:alias w:val="Date échographie"/>
          <w:tag w:val="field_152"/>
          <w:id w:val="152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.................</w:t>
          </w:r>
        </w:sdtContent>
      </w:sdt>
      <w:r w:rsidR="006001A2">
        <w:rPr>
          <w:rFonts w:cs="Arial"/>
          <w:color w:val="202020"/>
        </w:rPr>
        <w:t xml:space="preserve">   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 </w:t>
      </w:r>
      <w:r w:rsidR="006001A2">
        <w:rPr>
          <w:rFonts w:cs="Arial"/>
          <w:color w:val="202020"/>
        </w:rPr>
        <w:t xml:space="preserve"> </w:t>
      </w:r>
      <w:sdt>
        <w:sdtPr>
          <w:alias w:val="IRM pelvienne"/>
          <w:tag w:val="check_153"/>
          <w:id w:val="15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IRM pelvienne  Date : </w:t>
      </w:r>
      <w:sdt>
        <w:sdtPr>
          <w:alias w:val="Date IRM"/>
          <w:tag w:val="field_154"/>
          <w:id w:val="154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.................</w:t>
          </w:r>
        </w:sdtContent>
      </w:sdt>
    </w:p>
    <w:p w14:paraId="2AC9BBC4" w14:textId="5CCBF7D6" w:rsidR="00BB11AD" w:rsidRDefault="00C4789D" w:rsidP="00F558D1">
      <w:sdt>
        <w:sdtPr>
          <w:alias w:val="Autre :"/>
          <w:tag w:val="check_155"/>
          <w:id w:val="-87684589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558D1">
            <w:rPr>
              <w:rFonts w:ascii="Segoe UI Symbol" w:hAnsi="Segoe UI Symbol" w:cs="Segoe UI Symbol"/>
              <w:color w:val="202020"/>
            </w:rPr>
            <w:t>☐</w:t>
          </w:r>
        </w:sdtContent>
      </w:sdt>
      <w:r w:rsidR="00F558D1">
        <w:rPr>
          <w:rFonts w:cs="Arial"/>
          <w:color w:val="202020"/>
        </w:rPr>
        <w:t xml:space="preserve"> Test </w:t>
      </w:r>
      <w:proofErr w:type="gramStart"/>
      <w:r w:rsidR="00F558D1">
        <w:rPr>
          <w:rFonts w:cs="Arial"/>
          <w:color w:val="202020"/>
        </w:rPr>
        <w:t>salivaire  Date</w:t>
      </w:r>
      <w:proofErr w:type="gramEnd"/>
      <w:r w:rsidR="00F558D1">
        <w:rPr>
          <w:rFonts w:cs="Arial"/>
          <w:color w:val="202020"/>
        </w:rPr>
        <w:t xml:space="preserve"> : </w:t>
      </w:r>
      <w:sdt>
        <w:sdtPr>
          <w:alias w:val="Date autre examen"/>
          <w:tag w:val="field_157"/>
          <w:id w:val="-1115667265"/>
          <w:showingPlcHdr/>
          <w:text/>
        </w:sdtPr>
        <w:sdtEndPr/>
        <w:sdtContent>
          <w:r w:rsidR="00F558D1">
            <w:rPr>
              <w:rFonts w:cs="Arial"/>
              <w:color w:val="787878"/>
            </w:rPr>
            <w:t>.................</w:t>
          </w:r>
        </w:sdtContent>
      </w:sdt>
      <w:r w:rsidR="00F558D1">
        <w:rPr>
          <w:rFonts w:cs="Arial"/>
          <w:color w:val="202020"/>
        </w:rPr>
        <w:t xml:space="preserve"> </w:t>
      </w:r>
      <w:r w:rsidR="00F558D1">
        <w:rPr>
          <w:rFonts w:cs="Arial"/>
          <w:b/>
          <w:color w:val="163C51"/>
        </w:rPr>
        <w:t xml:space="preserve"> </w:t>
      </w:r>
      <w:r w:rsidR="00D708C0">
        <w:rPr>
          <w:b/>
          <w:sz w:val="22"/>
        </w:rPr>
        <w:t xml:space="preserve"> • </w:t>
      </w:r>
      <w:r w:rsidR="00F558D1">
        <w:rPr>
          <w:rFonts w:cs="Arial"/>
          <w:b/>
          <w:color w:val="163C51"/>
        </w:rPr>
        <w:t xml:space="preserve">  </w:t>
      </w:r>
      <w:r w:rsidR="00F558D1">
        <w:rPr>
          <w:rFonts w:cs="Arial"/>
          <w:color w:val="202020"/>
        </w:rPr>
        <w:t xml:space="preserve"> </w:t>
      </w:r>
      <w:sdt>
        <w:sdtPr>
          <w:alias w:val="Autre :"/>
          <w:tag w:val="check_155"/>
          <w:id w:val="15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558D1">
            <w:rPr>
              <w:rFonts w:ascii="Segoe UI Symbol" w:hAnsi="Segoe UI Symbol" w:cs="Segoe UI Symbol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Autre : </w:t>
      </w:r>
      <w:sdt>
        <w:sdtPr>
          <w:alias w:val="Autre examen"/>
          <w:tag w:val="field_156"/>
          <w:id w:val="156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................................................</w:t>
          </w:r>
        </w:sdtContent>
      </w:sdt>
      <w:r w:rsidR="006001A2">
        <w:rPr>
          <w:rFonts w:cs="Arial"/>
          <w:color w:val="202020"/>
        </w:rPr>
        <w:t xml:space="preserve">   Date : </w:t>
      </w:r>
      <w:sdt>
        <w:sdtPr>
          <w:alias w:val="Date autre examen"/>
          <w:tag w:val="field_157"/>
          <w:id w:val="157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.................</w:t>
          </w:r>
        </w:sdtContent>
      </w:sdt>
    </w:p>
    <w:p w14:paraId="18352712" w14:textId="7DE38CA6" w:rsidR="00BB11AD" w:rsidRPr="00C2706A" w:rsidRDefault="00C2706A">
      <w:pPr>
        <w:rPr>
          <w:b/>
          <w:bCs/>
          <w:color w:val="FF0000"/>
        </w:rPr>
      </w:pPr>
      <w:r w:rsidRPr="00C2706A">
        <w:rPr>
          <w:rFonts w:cs="Arial"/>
          <w:b/>
          <w:bCs/>
          <w:color w:val="FF0000"/>
          <w:sz w:val="17"/>
        </w:rPr>
        <w:t>Joindre les comptes rendus avec QR code pour accès à l’imagerie.</w:t>
      </w:r>
    </w:p>
    <w:p w14:paraId="4A28A159" w14:textId="77777777" w:rsidR="00BB11AD" w:rsidRDefault="006001A2">
      <w:pPr>
        <w:pStyle w:val="Titre1"/>
        <w:shd w:val="clear" w:color="auto" w:fill="EDF5F8"/>
        <w:spacing w:before="120" w:after="100" w:line="264" w:lineRule="auto"/>
      </w:pPr>
      <w:r>
        <w:rPr>
          <w:color w:val="9A7C17"/>
          <w:sz w:val="20"/>
        </w:rPr>
        <w:t xml:space="preserve">  </w:t>
      </w:r>
      <w:proofErr w:type="gramStart"/>
      <w:r>
        <w:rPr>
          <w:color w:val="9A7C17"/>
          <w:sz w:val="20"/>
        </w:rPr>
        <w:t xml:space="preserve">05  </w:t>
      </w:r>
      <w:r>
        <w:rPr>
          <w:color w:val="163C51"/>
          <w:sz w:val="21"/>
        </w:rPr>
        <w:t>Traitements</w:t>
      </w:r>
      <w:proofErr w:type="gramEnd"/>
      <w:r>
        <w:rPr>
          <w:color w:val="163C51"/>
          <w:sz w:val="21"/>
        </w:rPr>
        <w:t xml:space="preserve"> essayés et traitement actuel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5" w:type="dxa"/>
          <w:left w:w="100" w:type="dxa"/>
          <w:bottom w:w="85" w:type="dxa"/>
          <w:right w:w="100" w:type="dxa"/>
        </w:tblCellMar>
        <w:tblLook w:val="04A0" w:firstRow="1" w:lastRow="0" w:firstColumn="1" w:lastColumn="0" w:noHBand="0" w:noVBand="1"/>
      </w:tblPr>
      <w:tblGrid>
        <w:gridCol w:w="3798"/>
        <w:gridCol w:w="2721"/>
        <w:gridCol w:w="4246"/>
      </w:tblGrid>
      <w:tr w:rsidR="00BB11AD" w14:paraId="2542B568" w14:textId="77777777">
        <w:trPr>
          <w:cantSplit/>
          <w:trHeight w:val="357"/>
        </w:trPr>
        <w:tc>
          <w:tcPr>
            <w:tcW w:w="3798" w:type="dxa"/>
            <w:shd w:val="clear" w:color="auto" w:fill="163C51"/>
            <w:vAlign w:val="center"/>
          </w:tcPr>
          <w:p w14:paraId="13C2BBEF" w14:textId="77777777" w:rsidR="00BB11AD" w:rsidRDefault="006001A2">
            <w:pPr>
              <w:spacing w:after="0" w:line="245" w:lineRule="auto"/>
            </w:pPr>
            <w:r>
              <w:rPr>
                <w:b/>
                <w:color w:val="FFFFFF"/>
                <w:sz w:val="18"/>
              </w:rPr>
              <w:t>Traitement et dose</w:t>
            </w:r>
          </w:p>
        </w:tc>
        <w:tc>
          <w:tcPr>
            <w:tcW w:w="2721" w:type="dxa"/>
            <w:shd w:val="clear" w:color="auto" w:fill="163C51"/>
            <w:vAlign w:val="center"/>
          </w:tcPr>
          <w:p w14:paraId="30B0892E" w14:textId="77777777" w:rsidR="00BB11AD" w:rsidRDefault="006001A2">
            <w:pPr>
              <w:spacing w:after="0" w:line="245" w:lineRule="auto"/>
            </w:pPr>
            <w:r>
              <w:rPr>
                <w:b/>
                <w:color w:val="FFFFFF"/>
                <w:sz w:val="18"/>
              </w:rPr>
              <w:t>Durée • en cours / arrêté</w:t>
            </w:r>
          </w:p>
        </w:tc>
        <w:tc>
          <w:tcPr>
            <w:tcW w:w="4246" w:type="dxa"/>
            <w:shd w:val="clear" w:color="auto" w:fill="163C51"/>
            <w:vAlign w:val="center"/>
          </w:tcPr>
          <w:p w14:paraId="7F8B7CE1" w14:textId="77777777" w:rsidR="00BB11AD" w:rsidRDefault="006001A2">
            <w:pPr>
              <w:spacing w:after="0" w:line="245" w:lineRule="auto"/>
            </w:pPr>
            <w:r>
              <w:rPr>
                <w:b/>
                <w:color w:val="FFFFFF"/>
                <w:sz w:val="18"/>
              </w:rPr>
              <w:t>Efficacité • tolérance / arrêt</w:t>
            </w:r>
          </w:p>
        </w:tc>
      </w:tr>
      <w:tr w:rsidR="00BB11AD" w14:paraId="74B55811" w14:textId="77777777">
        <w:trPr>
          <w:cantSplit/>
          <w:trHeight w:val="386"/>
        </w:trPr>
        <w:tc>
          <w:tcPr>
            <w:tcW w:w="3798" w:type="dxa"/>
            <w:shd w:val="clear" w:color="auto" w:fill="F5F9FB"/>
            <w:vAlign w:val="center"/>
          </w:tcPr>
          <w:p w14:paraId="0B361F64" w14:textId="77777777" w:rsidR="00BB11AD" w:rsidRDefault="00C4789D">
            <w:pPr>
              <w:spacing w:after="0" w:line="245" w:lineRule="auto"/>
            </w:pPr>
            <w:sdt>
              <w:sdtPr>
                <w:alias w:val="Traitement 1 colonne 1"/>
                <w:tag w:val="field_158"/>
                <w:id w:val="158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..................................</w:t>
                </w:r>
              </w:sdtContent>
            </w:sdt>
          </w:p>
        </w:tc>
        <w:tc>
          <w:tcPr>
            <w:tcW w:w="2721" w:type="dxa"/>
            <w:shd w:val="clear" w:color="auto" w:fill="F5F9FB"/>
            <w:vAlign w:val="center"/>
          </w:tcPr>
          <w:p w14:paraId="365EF32E" w14:textId="77777777" w:rsidR="00BB11AD" w:rsidRDefault="00C4789D">
            <w:pPr>
              <w:spacing w:after="0" w:line="245" w:lineRule="auto"/>
            </w:pPr>
            <w:sdt>
              <w:sdtPr>
                <w:alias w:val="Traitement 1 colonne 2"/>
                <w:tag w:val="field_159"/>
                <w:id w:val="159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</w:t>
                </w:r>
              </w:sdtContent>
            </w:sdt>
          </w:p>
        </w:tc>
        <w:tc>
          <w:tcPr>
            <w:tcW w:w="4246" w:type="dxa"/>
            <w:shd w:val="clear" w:color="auto" w:fill="F5F9FB"/>
            <w:vAlign w:val="center"/>
          </w:tcPr>
          <w:p w14:paraId="73A3F9DC" w14:textId="77777777" w:rsidR="00BB11AD" w:rsidRDefault="00C4789D">
            <w:pPr>
              <w:spacing w:after="0" w:line="245" w:lineRule="auto"/>
            </w:pPr>
            <w:sdt>
              <w:sdtPr>
                <w:alias w:val="Traitement 1 colonne 3"/>
                <w:tag w:val="field_160"/>
                <w:id w:val="160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......................................</w:t>
                </w:r>
              </w:sdtContent>
            </w:sdt>
          </w:p>
        </w:tc>
      </w:tr>
      <w:tr w:rsidR="00BB11AD" w14:paraId="49AFC94D" w14:textId="77777777">
        <w:trPr>
          <w:cantSplit/>
          <w:trHeight w:val="386"/>
        </w:trPr>
        <w:tc>
          <w:tcPr>
            <w:tcW w:w="3798" w:type="dxa"/>
            <w:shd w:val="clear" w:color="auto" w:fill="FFFFFF"/>
            <w:vAlign w:val="center"/>
          </w:tcPr>
          <w:p w14:paraId="6C007AC9" w14:textId="77777777" w:rsidR="00BB11AD" w:rsidRDefault="00C4789D">
            <w:pPr>
              <w:spacing w:after="0" w:line="245" w:lineRule="auto"/>
            </w:pPr>
            <w:sdt>
              <w:sdtPr>
                <w:alias w:val="Traitement 2 colonne 1"/>
                <w:tag w:val="field_161"/>
                <w:id w:val="161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..................................</w:t>
                </w:r>
              </w:sdtContent>
            </w:sdt>
          </w:p>
        </w:tc>
        <w:tc>
          <w:tcPr>
            <w:tcW w:w="2721" w:type="dxa"/>
            <w:shd w:val="clear" w:color="auto" w:fill="FFFFFF"/>
            <w:vAlign w:val="center"/>
          </w:tcPr>
          <w:p w14:paraId="69735F89" w14:textId="77777777" w:rsidR="00BB11AD" w:rsidRDefault="00C4789D">
            <w:pPr>
              <w:spacing w:after="0" w:line="245" w:lineRule="auto"/>
            </w:pPr>
            <w:sdt>
              <w:sdtPr>
                <w:alias w:val="Traitement 2 colonne 2"/>
                <w:tag w:val="field_162"/>
                <w:id w:val="162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</w:t>
                </w:r>
              </w:sdtContent>
            </w:sdt>
          </w:p>
        </w:tc>
        <w:tc>
          <w:tcPr>
            <w:tcW w:w="4246" w:type="dxa"/>
            <w:shd w:val="clear" w:color="auto" w:fill="FFFFFF"/>
            <w:vAlign w:val="center"/>
          </w:tcPr>
          <w:p w14:paraId="0A2507FA" w14:textId="77777777" w:rsidR="00BB11AD" w:rsidRDefault="00C4789D">
            <w:pPr>
              <w:spacing w:after="0" w:line="245" w:lineRule="auto"/>
            </w:pPr>
            <w:sdt>
              <w:sdtPr>
                <w:alias w:val="Traitement 2 colonne 3"/>
                <w:tag w:val="field_163"/>
                <w:id w:val="163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......................................</w:t>
                </w:r>
              </w:sdtContent>
            </w:sdt>
          </w:p>
        </w:tc>
      </w:tr>
      <w:tr w:rsidR="00BB11AD" w14:paraId="53F98544" w14:textId="77777777">
        <w:trPr>
          <w:cantSplit/>
          <w:trHeight w:val="386"/>
        </w:trPr>
        <w:tc>
          <w:tcPr>
            <w:tcW w:w="3798" w:type="dxa"/>
            <w:shd w:val="clear" w:color="auto" w:fill="F5F9FB"/>
            <w:vAlign w:val="center"/>
          </w:tcPr>
          <w:p w14:paraId="77CA73C0" w14:textId="77777777" w:rsidR="00BB11AD" w:rsidRDefault="00C4789D">
            <w:pPr>
              <w:spacing w:after="0" w:line="245" w:lineRule="auto"/>
            </w:pPr>
            <w:sdt>
              <w:sdtPr>
                <w:alias w:val="Traitement 3 colonne 1"/>
                <w:tag w:val="field_164"/>
                <w:id w:val="164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..................................</w:t>
                </w:r>
              </w:sdtContent>
            </w:sdt>
          </w:p>
        </w:tc>
        <w:tc>
          <w:tcPr>
            <w:tcW w:w="2721" w:type="dxa"/>
            <w:shd w:val="clear" w:color="auto" w:fill="F5F9FB"/>
            <w:vAlign w:val="center"/>
          </w:tcPr>
          <w:p w14:paraId="2CC7725B" w14:textId="77777777" w:rsidR="00BB11AD" w:rsidRDefault="00C4789D">
            <w:pPr>
              <w:spacing w:after="0" w:line="245" w:lineRule="auto"/>
            </w:pPr>
            <w:sdt>
              <w:sdtPr>
                <w:alias w:val="Traitement 3 colonne 2"/>
                <w:tag w:val="field_165"/>
                <w:id w:val="165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</w:t>
                </w:r>
              </w:sdtContent>
            </w:sdt>
          </w:p>
        </w:tc>
        <w:tc>
          <w:tcPr>
            <w:tcW w:w="4246" w:type="dxa"/>
            <w:shd w:val="clear" w:color="auto" w:fill="F5F9FB"/>
            <w:vAlign w:val="center"/>
          </w:tcPr>
          <w:p w14:paraId="7A7ACC38" w14:textId="77777777" w:rsidR="00BB11AD" w:rsidRDefault="00C4789D">
            <w:pPr>
              <w:spacing w:after="0" w:line="245" w:lineRule="auto"/>
            </w:pPr>
            <w:sdt>
              <w:sdtPr>
                <w:alias w:val="Traitement 3 colonne 3"/>
                <w:tag w:val="field_166"/>
                <w:id w:val="166"/>
                <w:showingPlcHdr/>
                <w:text/>
              </w:sdtPr>
              <w:sdtEndPr/>
              <w:sdtContent>
                <w:r w:rsidR="006001A2">
                  <w:rPr>
                    <w:color w:val="787878"/>
                  </w:rPr>
                  <w:t>......................................</w:t>
                </w:r>
              </w:sdtContent>
            </w:sdt>
          </w:p>
        </w:tc>
      </w:tr>
    </w:tbl>
    <w:p w14:paraId="267A6489" w14:textId="77777777" w:rsidR="00BB11AD" w:rsidRDefault="00C4789D">
      <w:pPr>
        <w:spacing w:before="80"/>
      </w:pPr>
      <w:sdt>
        <w:sdtPr>
          <w:alias w:val="Aucun traitement essayé"/>
          <w:tag w:val="check_167"/>
          <w:id w:val="16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001A2">
            <w:rPr>
              <w:rFonts w:ascii="DejaVu Sans" w:hAnsi="DejaVu Sans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Aucun traitement essayé   Autre prise en charge : </w:t>
      </w:r>
      <w:sdt>
        <w:sdtPr>
          <w:alias w:val="Autre prise en charge"/>
          <w:tag w:val="field_168"/>
          <w:id w:val="168"/>
          <w:showingPlcHdr/>
          <w:text/>
        </w:sdtPr>
        <w:sdtEndPr/>
        <w:sdtContent>
          <w:r w:rsidR="006001A2">
            <w:rPr>
              <w:rFonts w:cs="Arial"/>
              <w:color w:val="787878"/>
            </w:rPr>
            <w:t>..................................</w:t>
          </w:r>
        </w:sdtContent>
      </w:sdt>
    </w:p>
    <w:p w14:paraId="406FA5A6" w14:textId="77777777" w:rsidR="00F558D1" w:rsidRDefault="00C4789D" w:rsidP="00F558D1">
      <w:pPr>
        <w:spacing w:before="120"/>
      </w:pPr>
      <w:sdt>
        <w:sdtPr>
          <w:alias w:val="Patiente informée de l’adressage"/>
          <w:tag w:val="check_169"/>
          <w:id w:val="16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558D1">
            <w:rPr>
              <w:rFonts w:ascii="Segoe UI Symbol" w:hAnsi="Segoe UI Symbol" w:cs="Segoe UI Symbol"/>
              <w:color w:val="202020"/>
            </w:rPr>
            <w:t>☐</w:t>
          </w:r>
        </w:sdtContent>
      </w:sdt>
      <w:r w:rsidR="006001A2">
        <w:rPr>
          <w:rFonts w:cs="Arial"/>
          <w:color w:val="202020"/>
        </w:rPr>
        <w:t xml:space="preserve"> Patiente informée de l’adressage      </w:t>
      </w:r>
      <w:r w:rsidR="00F558D1">
        <w:rPr>
          <w:rFonts w:cs="Arial"/>
          <w:color w:val="202020"/>
        </w:rPr>
        <w:tab/>
      </w:r>
      <w:sdt>
        <w:sdtPr>
          <w:alias w:val="Patiente informée de l’adressage"/>
          <w:tag w:val="check_169"/>
          <w:id w:val="-51553853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F558D1">
            <w:rPr>
              <w:rFonts w:ascii="Segoe UI Symbol" w:hAnsi="Segoe UI Symbol" w:cs="Segoe UI Symbol"/>
              <w:color w:val="202020"/>
            </w:rPr>
            <w:t>☐</w:t>
          </w:r>
        </w:sdtContent>
      </w:sdt>
      <w:r w:rsidR="00F558D1">
        <w:rPr>
          <w:rFonts w:cs="Arial"/>
          <w:color w:val="202020"/>
        </w:rPr>
        <w:t xml:space="preserve"> Autres commentaires utiles :  ……………………………………….</w:t>
      </w:r>
    </w:p>
    <w:p w14:paraId="1632AEE5" w14:textId="77777777" w:rsidR="00BB11AD" w:rsidRDefault="00F558D1">
      <w:pPr>
        <w:spacing w:after="0"/>
      </w:pPr>
      <w:r>
        <w:rPr>
          <w:color w:val="787878"/>
        </w:rPr>
        <w:t>.........................................................................................................................................................</w:t>
      </w:r>
    </w:p>
    <w:sectPr w:rsidR="00BB11AD" w:rsidSect="006001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39" w:right="737" w:bottom="567" w:left="737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46087" w14:textId="77777777" w:rsidR="005E04A7" w:rsidRDefault="006001A2">
      <w:pPr>
        <w:spacing w:after="0"/>
      </w:pPr>
      <w:r>
        <w:separator/>
      </w:r>
    </w:p>
  </w:endnote>
  <w:endnote w:type="continuationSeparator" w:id="0">
    <w:p w14:paraId="3A749849" w14:textId="77777777" w:rsidR="005E04A7" w:rsidRDefault="006001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04063" w14:textId="77777777" w:rsidR="00807071" w:rsidRDefault="008070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FDB8F" w14:textId="77777777" w:rsidR="00807071" w:rsidRDefault="008070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D0C02" w14:textId="77777777" w:rsidR="00807071" w:rsidRDefault="008070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7FB5A" w14:textId="77777777" w:rsidR="005E04A7" w:rsidRDefault="006001A2">
      <w:pPr>
        <w:spacing w:after="0"/>
      </w:pPr>
      <w:r>
        <w:separator/>
      </w:r>
    </w:p>
  </w:footnote>
  <w:footnote w:type="continuationSeparator" w:id="0">
    <w:p w14:paraId="721A5694" w14:textId="77777777" w:rsidR="005E04A7" w:rsidRDefault="006001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17107" w14:textId="77777777" w:rsidR="00807071" w:rsidRDefault="008070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47B99" w14:textId="77777777" w:rsidR="00807071" w:rsidRDefault="0080707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C94FC" w14:textId="77777777" w:rsidR="00807071" w:rsidRDefault="008070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04A7"/>
    <w:rsid w:val="006001A2"/>
    <w:rsid w:val="00807071"/>
    <w:rsid w:val="00A62B01"/>
    <w:rsid w:val="00AA1D8D"/>
    <w:rsid w:val="00B13FCA"/>
    <w:rsid w:val="00B47730"/>
    <w:rsid w:val="00BB11AD"/>
    <w:rsid w:val="00C2706A"/>
    <w:rsid w:val="00C4789D"/>
    <w:rsid w:val="00CB0664"/>
    <w:rsid w:val="00D23DD9"/>
    <w:rsid w:val="00D708C0"/>
    <w:rsid w:val="00F558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BEBFD"/>
  <w14:defaultImageDpi w14:val="300"/>
  <w15:docId w15:val="{04BD9B3D-2DC2-42E9-BE7F-278388523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70" w:line="240" w:lineRule="auto"/>
    </w:pPr>
    <w:rPr>
      <w:rFonts w:ascii="Arial" w:hAnsi="Arial"/>
      <w:color w:val="000000"/>
      <w:sz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100" w:line="25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Cs/>
      <w:spacing w:val="15"/>
      <w:sz w:val="23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D708C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70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-med.gyneco.senlis@ghpso.mssante.f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37E164-AD1A-42CB-9EC0-2077A5EB6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2813</Characters>
  <Application>Microsoft Office Word</Application>
  <DocSecurity>4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Fiche d’adressage pour endométriose au GHPSO</vt:lpstr>
      <vt:lpstr/>
    </vt:vector>
  </TitlesOfParts>
  <Manager/>
  <Company/>
  <LinksUpToDate>false</LinksUpToDate>
  <CharactersWithSpaces>3318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d’adressage pour endométriose au GHPSO</dc:title>
  <dc:subject>Consultation endométriose</dc:subject>
  <dc:creator>DASSI KAMDEM Seraphin</dc:creator>
  <cp:keywords>endométriose, adressage, ville, hôpital, formulaire</cp:keywords>
  <dc:description/>
  <cp:lastModifiedBy>DUBOURG Clemence</cp:lastModifiedBy>
  <cp:revision>2</cp:revision>
  <dcterms:created xsi:type="dcterms:W3CDTF">2026-10-26T11:02:00Z</dcterms:created>
  <dcterms:modified xsi:type="dcterms:W3CDTF">2026-10-26T11:02:00Z</dcterms:modified>
  <cp:category/>
</cp:coreProperties>
</file>